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СЧЕТ НА ОПЛАТУ</w:t>
      </w:r>
    </w:p>
    <w:p>
      <w:pPr>
        <w:spacing w:after="140"/>
        <w:jc w:val="center"/>
      </w:pPr>
      <w:r>
        <w:rPr>
          <w:sz w:val="16"/>
        </w:rPr>
        <w:t>Пустой бланк для заполнения</w:t>
      </w:r>
    </w:p>
    <w:tbl>
      <w:tblPr>
        <w:tblW w:type="dxa" w:w="10092"/>
        <w:tblLayout w:type="fixed"/>
        <w:tblLook w:firstColumn="1" w:firstRow="1" w:lastColumn="0" w:lastRow="0" w:noHBand="0" w:noVBand="1" w:val="04A0"/>
      </w:tblPr>
      <w:tblGrid>
        <w:gridCol w:w="1984"/>
        <w:gridCol w:w="3572"/>
        <w:gridCol w:w="1417"/>
        <w:gridCol w:w="3118"/>
      </w:tblGrid>
      <w:tr>
        <w:tc>
          <w:tcPr>
            <w:tcW w:type="dxa" w:w="1984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>
              <w:t>Банк получателя</w:t>
            </w:r>
          </w:p>
        </w:tc>
        <w:tc>
          <w:tcPr>
            <w:tcW w:type="dxa" w:w="3572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/>
          </w:p>
        </w:tc>
        <w:tc>
          <w:tcPr>
            <w:tcW w:type="dxa" w:w="1417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>
              <w:t>БИК</w:t>
            </w:r>
          </w:p>
        </w:tc>
        <w:tc>
          <w:tcPr>
            <w:tcW w:type="dxa" w:w="3118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/>
          </w:p>
        </w:tc>
      </w:tr>
      <w:tr>
        <w:tc>
          <w:tcPr>
            <w:tcW w:type="dxa" w:w="1984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>
              <w:t>Корр. счет</w:t>
            </w:r>
          </w:p>
        </w:tc>
        <w:tc>
          <w:tcPr>
            <w:tcW w:type="dxa" w:w="3572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/>
          </w:p>
        </w:tc>
        <w:tc>
          <w:tcPr>
            <w:tcW w:type="dxa" w:w="1417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>
              <w:t>Расч. счет</w:t>
            </w:r>
          </w:p>
        </w:tc>
        <w:tc>
          <w:tcPr>
            <w:tcW w:type="dxa" w:w="3118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/>
          </w:p>
        </w:tc>
      </w:tr>
      <w:tr>
        <w:tc>
          <w:tcPr>
            <w:tcW w:type="dxa" w:w="1984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>
              <w:t>ИНН</w:t>
            </w:r>
          </w:p>
        </w:tc>
        <w:tc>
          <w:tcPr>
            <w:tcW w:type="dxa" w:w="3572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/>
          </w:p>
        </w:tc>
        <w:tc>
          <w:tcPr>
            <w:tcW w:type="dxa" w:w="1417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>
              <w:t>КПП</w:t>
            </w:r>
          </w:p>
        </w:tc>
        <w:tc>
          <w:tcPr>
            <w:tcW w:type="dxa" w:w="3118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/>
          </w:p>
        </w:tc>
      </w:tr>
      <w:tr>
        <w:tc>
          <w:tcPr>
            <w:tcW w:type="dxa" w:w="1984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>
              <w:t>Получатель</w:t>
            </w:r>
          </w:p>
        </w:tc>
        <w:tc>
          <w:tcPr>
            <w:tcW w:type="dxa" w:w="8107"/>
            <w:gridSpan w:val="3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/>
          </w:p>
        </w:tc>
      </w:tr>
    </w:tbl>
    <w:p>
      <w:pPr>
        <w:spacing w:before="200"/>
      </w:pPr>
      <w:r>
        <w:rPr>
          <w:b/>
          <w:sz w:val="26"/>
        </w:rPr>
        <w:t>Счет № ____________ от "___" __________ 20___ г.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7654"/>
      </w:tblGrid>
      <w:tr>
        <w:tc>
          <w:tcPr>
            <w:tcW w:type="dxa" w:w="5159"/>
            <w:tcMar>
              <w:top w:w="20" w:type="dxa"/>
              <w:start w:w="20" w:type="dxa"/>
              <w:bottom w:w="20" w:type="dxa"/>
              <w:end w:w="20" w:type="dxa"/>
            </w:tcMar>
            <w:tcBorders>
              <w:bottom w:val="nil"/>
            </w:tcBorders>
          </w:tcPr>
          <w:p>
            <w:r>
              <w:t>Поставщик:</w:t>
            </w:r>
          </w:p>
        </w:tc>
        <w:tc>
          <w:tcPr>
            <w:tcW w:type="dxa" w:w="5159"/>
            <w:tcMar>
              <w:top w:w="20" w:type="dxa"/>
              <w:start w:w="20" w:type="dxa"/>
              <w:bottom w:w="20" w:type="dxa"/>
              <w:end w:w="20" w:type="dxa"/>
            </w:tcMar>
            <w:tcBorders>
              <w:bottom w:val="single" w:sz="6" w:color="000000"/>
            </w:tcBorders>
          </w:tcPr>
          <w:p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7654"/>
      </w:tblGrid>
      <w:tr>
        <w:tc>
          <w:tcPr>
            <w:tcW w:type="dxa" w:w="5159"/>
            <w:tcMar>
              <w:top w:w="20" w:type="dxa"/>
              <w:start w:w="20" w:type="dxa"/>
              <w:bottom w:w="20" w:type="dxa"/>
              <w:end w:w="20" w:type="dxa"/>
            </w:tcMar>
            <w:tcBorders>
              <w:bottom w:val="nil"/>
            </w:tcBorders>
          </w:tcPr>
          <w:p>
            <w:r>
              <w:t>Покупатель:</w:t>
            </w:r>
          </w:p>
        </w:tc>
        <w:tc>
          <w:tcPr>
            <w:tcW w:type="dxa" w:w="5159"/>
            <w:tcMar>
              <w:top w:w="20" w:type="dxa"/>
              <w:start w:w="20" w:type="dxa"/>
              <w:bottom w:w="20" w:type="dxa"/>
              <w:end w:w="20" w:type="dxa"/>
            </w:tcMar>
            <w:tcBorders>
              <w:bottom w:val="single" w:sz="6" w:color="000000"/>
            </w:tcBorders>
          </w:tcPr>
          <w:p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7654"/>
      </w:tblGrid>
      <w:tr>
        <w:tc>
          <w:tcPr>
            <w:tcW w:type="dxa" w:w="5159"/>
            <w:tcMar>
              <w:top w:w="20" w:type="dxa"/>
              <w:start w:w="20" w:type="dxa"/>
              <w:bottom w:w="20" w:type="dxa"/>
              <w:end w:w="20" w:type="dxa"/>
            </w:tcMar>
            <w:tcBorders>
              <w:bottom w:val="nil"/>
            </w:tcBorders>
          </w:tcPr>
          <w:p>
            <w:r>
              <w:t>Основание:</w:t>
            </w:r>
          </w:p>
        </w:tc>
        <w:tc>
          <w:tcPr>
            <w:tcW w:type="dxa" w:w="5159"/>
            <w:tcMar>
              <w:top w:w="20" w:type="dxa"/>
              <w:start w:w="20" w:type="dxa"/>
              <w:bottom w:w="20" w:type="dxa"/>
              <w:end w:w="20" w:type="dxa"/>
            </w:tcMar>
            <w:tcBorders>
              <w:bottom w:val="single" w:sz="6" w:color="000000"/>
            </w:tcBorders>
          </w:tcPr>
          <w:p>
            <w:r/>
          </w:p>
        </w:tc>
      </w:tr>
    </w:tbl>
    <w:p>
      <w:pPr>
        <w:spacing w:after="40"/>
      </w:pPr>
    </w:p>
    <w:tbl>
      <w:tblPr>
        <w:tblW w:type="dxa" w:w="10432"/>
        <w:jc w:val="center"/>
        <w:tblLayout w:type="fixed"/>
        <w:tblLook w:firstColumn="1" w:firstRow="1" w:lastColumn="0" w:lastRow="0" w:noHBand="0" w:noVBand="1" w:val="04A0"/>
      </w:tblPr>
      <w:tblGrid>
        <w:gridCol w:w="453"/>
        <w:gridCol w:w="4082"/>
        <w:gridCol w:w="1020"/>
        <w:gridCol w:w="850"/>
        <w:gridCol w:w="1417"/>
        <w:gridCol w:w="1020"/>
        <w:gridCol w:w="1587"/>
      </w:tblGrid>
      <w:tr>
        <w:trPr>
          <w:tblHeader w:val="true"/>
        </w:trP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6"/>
              </w:rPr>
              <w:t>№</w:t>
            </w:r>
          </w:p>
        </w:tc>
        <w:tc>
          <w:tcPr>
            <w:tcW w:type="dxa" w:w="408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6"/>
              </w:rPr>
              <w:t>Товары (работы, услуги)</w:t>
            </w: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6"/>
              </w:rPr>
              <w:t>Кол-во</w:t>
            </w:r>
          </w:p>
        </w:tc>
        <w:tc>
          <w:tcPr>
            <w:tcW w:type="dxa" w:w="85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6"/>
              </w:rPr>
              <w:t>Ед.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6"/>
              </w:rPr>
              <w:t>Цена, руб.</w:t>
            </w: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6"/>
              </w:rPr>
              <w:t>НДС</w:t>
            </w: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6"/>
              </w:rPr>
              <w:t>Сумма, руб.</w:t>
            </w:r>
          </w:p>
        </w:tc>
      </w:tr>
      <w:t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type="dxa" w:w="408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85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type="dxa" w:w="408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85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type="dxa" w:w="408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85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type="dxa" w:w="408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85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type="dxa" w:w="408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85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type="dxa" w:w="408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85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6"/>
              </w:rPr>
              <w:t>7</w:t>
            </w:r>
          </w:p>
        </w:tc>
        <w:tc>
          <w:tcPr>
            <w:tcW w:type="dxa" w:w="408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85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453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6"/>
              </w:rPr>
              <w:t>8</w:t>
            </w:r>
          </w:p>
        </w:tc>
        <w:tc>
          <w:tcPr>
            <w:tcW w:type="dxa" w:w="408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85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58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</w:tbl>
    <w:p>
      <w:pPr>
        <w:spacing w:after="0"/>
      </w:pPr>
    </w:p>
    <w:tbl>
      <w:tblPr>
        <w:tblW w:type="dxa" w:w="4536"/>
        <w:jc w:val="right"/>
        <w:tblLayout w:type="fixed"/>
        <w:tblLook w:firstColumn="1" w:firstRow="1" w:lastColumn="0" w:lastRow="0" w:noHBand="0" w:noVBand="1" w:val="04A0"/>
      </w:tblPr>
      <w:tblGrid>
        <w:gridCol w:w="2551"/>
        <w:gridCol w:w="1984"/>
      </w:tblGrid>
      <w:tr>
        <w:tc>
          <w:tcPr>
            <w:tcW w:type="dxa" w:w="2551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>
              <w:t>Итого</w:t>
            </w:r>
          </w:p>
        </w:tc>
        <w:tc>
          <w:tcPr>
            <w:tcW w:type="dxa" w:w="1984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/>
          </w:p>
        </w:tc>
      </w:tr>
      <w:tr>
        <w:tc>
          <w:tcPr>
            <w:tcW w:type="dxa" w:w="2551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>
              <w:t>В том числе НДС</w:t>
            </w:r>
          </w:p>
        </w:tc>
        <w:tc>
          <w:tcPr>
            <w:tcW w:type="dxa" w:w="1984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/>
          </w:p>
        </w:tc>
      </w:tr>
      <w:tr>
        <w:tc>
          <w:tcPr>
            <w:tcW w:type="dxa" w:w="2551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>
              <w:t>Всего к оплате</w:t>
            </w:r>
          </w:p>
        </w:tc>
        <w:tc>
          <w:tcPr>
            <w:tcW w:type="dxa" w:w="1984"/>
            <w:tcMar>
              <w:top w:w="45" w:type="dxa"/>
              <w:start w:w="50" w:type="dxa"/>
              <w:bottom w:w="45" w:type="dxa"/>
              <w:end w:w="50" w:type="dxa"/>
            </w:tcMar>
            <w:tcBorders>
              <w:top w:val="single" w:sz="6" w:color="B8BEC8"/>
              <w:left w:val="single" w:sz="6" w:color="B8BEC8"/>
              <w:bottom w:val="single" w:sz="6" w:color="B8BEC8"/>
              <w:right w:val="single" w:sz="6" w:color="B8BEC8"/>
            </w:tcBorders>
          </w:tcPr>
          <w:p>
            <w:r/>
          </w:p>
        </w:tc>
      </w:tr>
    </w:tbl>
    <w:p>
      <w:pPr>
        <w:spacing w:before="100"/>
      </w:pPr>
      <w:r>
        <w:t>Всего наименований ______, на сумму __________________________ руб.</w:t>
      </w:r>
    </w:p>
    <w:p>
      <w:r>
        <w:t>Сумма прописью: _______________________________________________________________________</w:t>
      </w:r>
    </w:p>
    <w:p>
      <w:r>
        <w:t>Назначение платежа / комментарий: ______________________________________________________</w:t>
      </w:r>
    </w:p>
    <w:p>
      <w:pPr>
        <w:spacing w:after="40"/>
      </w:pPr>
    </w:p>
    <w:tbl>
      <w:tblPr>
        <w:tblW w:type="dxa" w:w="9979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b/>
                <w:sz w:val="17"/>
              </w:rPr>
              <w:t>Руководитель / ИП</w:t>
            </w:r>
          </w:p>
        </w:tc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b/>
                <w:sz w:val="17"/>
              </w:rPr>
              <w:t>Бухгалтер (при наличии)</w:t>
            </w:r>
          </w:p>
        </w:tc>
      </w:tr>
      <w:tr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Должность ____________________   Подпись ____________</w:t>
            </w:r>
          </w:p>
        </w:tc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Должность ____________________   Подпись ____________</w:t>
            </w:r>
          </w:p>
        </w:tc>
      </w:tr>
      <w:tr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ФИО __________________________     М.П. (при наличии)</w:t>
            </w:r>
          </w:p>
        </w:tc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ФИО __________________________     М.П. (при наличии)</w:t>
            </w:r>
          </w:p>
        </w:tc>
      </w:tr>
    </w:tbl>
    <w:sectPr w:rsidR="00FC693F" w:rsidRPr="0006063C" w:rsidSect="00034616"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Liberation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 w:eastAsia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