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АКТ ВЫПОЛНЕННЫХ РАБОТ</w:t>
      </w:r>
    </w:p>
    <w:p>
      <w:pPr>
        <w:spacing w:after="140"/>
        <w:jc w:val="center"/>
      </w:pPr>
      <w:r>
        <w:rPr>
          <w:sz w:val="16"/>
        </w:rPr>
        <w:t>Пустой бланк для заполнения</w:t>
      </w: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835"/>
        <w:gridCol w:w="1587"/>
        <w:gridCol w:w="3969"/>
      </w:tblGrid>
      <w:tr>
        <w:tc>
          <w:tcPr>
            <w:tcW w:type="dxa" w:w="1587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Номер акта</w:t>
            </w:r>
          </w:p>
        </w:tc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  <w:tc>
          <w:tcPr>
            <w:tcW w:type="dxa" w:w="1587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Дата</w:t>
            </w:r>
          </w:p>
        </w:tc>
        <w:tc>
          <w:tcPr>
            <w:tcW w:type="dxa" w:w="3969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  <w:tr>
        <w:tc>
          <w:tcPr>
            <w:tcW w:type="dxa" w:w="1587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Основание</w:t>
            </w:r>
          </w:p>
        </w:tc>
        <w:tc>
          <w:tcPr>
            <w:tcW w:type="dxa" w:w="8391"/>
            <w:gridSpan w:val="3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</w:tbl>
    <w:p/>
    <w:tbl>
      <w:tblPr>
        <w:tblW w:type="dxa" w:w="9979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  <w:p>
            <w:r>
              <w:rPr>
                <w:b/>
                <w:sz w:val="20"/>
              </w:rPr>
              <w:t>ИСПОЛНИТЕЛЬ</w:t>
            </w:r>
          </w:p>
          <w:p>
            <w:pPr>
              <w:spacing w:after="40"/>
            </w:pPr>
            <w:r>
              <w:t>Наименование / ФИО: ______________________________</w:t>
            </w:r>
          </w:p>
          <w:p>
            <w:pPr>
              <w:spacing w:after="40"/>
            </w:pPr>
            <w:r>
              <w:t>ИНН / КПП: ________________________________________</w:t>
            </w:r>
          </w:p>
          <w:p>
            <w:pPr>
              <w:spacing w:after="40"/>
            </w:pPr>
            <w:r>
              <w:t>Адрес: _____________________________________________</w:t>
            </w:r>
          </w:p>
          <w:p>
            <w:pPr>
              <w:spacing w:after="40"/>
            </w:pPr>
            <w:r>
              <w:t>Банк / БИК: _________________________________________</w:t>
            </w:r>
          </w:p>
          <w:p>
            <w:pPr>
              <w:spacing w:after="40"/>
            </w:pPr>
            <w:r>
              <w:t>р/с: ______________________  к/с: ____________________</w:t>
            </w:r>
          </w:p>
          <w:p>
            <w:pPr>
              <w:spacing w:after="40"/>
            </w:pPr>
            <w:r>
              <w:t>Телефон: ____________________________________________</w:t>
            </w:r>
          </w:p>
        </w:tc>
        <w:tc>
          <w:tcPr>
            <w:tcW w:type="dxa" w:w="4989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  <w:p>
            <w:r>
              <w:rPr>
                <w:b/>
                <w:sz w:val="20"/>
              </w:rPr>
              <w:t>ЗАКАЗЧИК</w:t>
            </w:r>
          </w:p>
          <w:p>
            <w:pPr>
              <w:spacing w:after="40"/>
            </w:pPr>
            <w:r>
              <w:t>Наименование / ФИО: ______________________________</w:t>
            </w:r>
          </w:p>
          <w:p>
            <w:pPr>
              <w:spacing w:after="40"/>
            </w:pPr>
            <w:r>
              <w:t>ИНН / КПП: ________________________________________</w:t>
            </w:r>
          </w:p>
          <w:p>
            <w:pPr>
              <w:spacing w:after="40"/>
            </w:pPr>
            <w:r>
              <w:t>Адрес: _____________________________________________</w:t>
            </w:r>
          </w:p>
          <w:p>
            <w:pPr>
              <w:spacing w:after="40"/>
            </w:pPr>
            <w:r>
              <w:t>Банк / БИК: _________________________________________</w:t>
            </w:r>
          </w:p>
          <w:p>
            <w:pPr>
              <w:spacing w:after="40"/>
            </w:pPr>
            <w:r>
              <w:t>р/с: ______________________  к/с: ____________________</w:t>
            </w:r>
          </w:p>
          <w:p>
            <w:pPr>
              <w:spacing w:after="40"/>
            </w:pPr>
            <w:r>
              <w:t>Телефон: ____________________________________________</w:t>
            </w:r>
          </w:p>
        </w:tc>
      </w:tr>
    </w:tbl>
    <w:p>
      <w:pPr>
        <w:spacing w:after="60"/>
      </w:pPr>
    </w:p>
    <w:tbl>
      <w:tblPr>
        <w:tblW w:type="dxa" w:w="10092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4649"/>
        <w:gridCol w:w="1020"/>
        <w:gridCol w:w="963"/>
        <w:gridCol w:w="1417"/>
        <w:gridCol w:w="1587"/>
      </w:tblGrid>
      <w:tr>
        <w:trPr>
          <w:tblHeader w:val="true"/>
        </w:trP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№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Наименование работ, услуг</w:t>
            </w: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Кол-во</w:t>
            </w: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Ед.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Цена, руб.</w:t>
            </w: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Сумма, руб.</w:t>
            </w: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464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96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dxa" w:w="4536"/>
        <w:jc w:val="right"/>
        <w:tblLayout w:type="fixed"/>
        <w:tblLook w:firstColumn="1" w:firstRow="1" w:lastColumn="0" w:lastRow="0" w:noHBand="0" w:noVBand="1" w:val="04A0"/>
      </w:tblPr>
      <w:tblGrid>
        <w:gridCol w:w="2551"/>
        <w:gridCol w:w="1984"/>
      </w:tblGrid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Сумма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НДС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К оплате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</w:tbl>
    <w:p>
      <w:pPr>
        <w:spacing w:before="80" w:after="40"/>
      </w:pPr>
      <w:r>
        <w:t>Всего выполнено работ (услуг) на сумму: ________________________________________________</w:t>
      </w:r>
    </w:p>
    <w:p>
      <w:pPr>
        <w:spacing w:after="100"/>
      </w:pPr>
      <w:r>
        <w:t>Работы (услуги) выполнены полностью и в срок. Заказчик претензий по объему, качеству и срокам не имеет.</w:t>
      </w:r>
    </w:p>
    <w:p>
      <w:pPr>
        <w:spacing w:after="40"/>
      </w:pP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Исполнитель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Заказчик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</w:tr>
    </w:tbl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